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8A0590" w14:textId="77777777" w:rsidR="00763D44" w:rsidRPr="00EE6E91" w:rsidRDefault="00000000">
      <w:pPr>
        <w:pStyle w:val="Titre"/>
        <w:rPr>
          <w:lang w:val="fr-FR"/>
        </w:rPr>
      </w:pPr>
      <w:r w:rsidRPr="00EE6E91">
        <w:rPr>
          <w:lang w:val="fr-FR"/>
        </w:rPr>
        <w:t>Compte rendu technique : Flash et configuration d'un Raspberry Pi</w:t>
      </w:r>
    </w:p>
    <w:p w14:paraId="4A0402E9" w14:textId="77777777" w:rsidR="00763D44" w:rsidRPr="00EE6E91" w:rsidRDefault="00000000">
      <w:pPr>
        <w:rPr>
          <w:lang w:val="fr-FR"/>
        </w:rPr>
      </w:pPr>
      <w:r w:rsidRPr="00EE6E91">
        <w:rPr>
          <w:lang w:val="fr-FR"/>
        </w:rPr>
        <w:t xml:space="preserve">Nom : Walid </w:t>
      </w:r>
      <w:proofErr w:type="spellStart"/>
      <w:r w:rsidRPr="00EE6E91">
        <w:rPr>
          <w:lang w:val="fr-FR"/>
        </w:rPr>
        <w:t>Djeghiour</w:t>
      </w:r>
      <w:proofErr w:type="spellEnd"/>
    </w:p>
    <w:p w14:paraId="16F074D2" w14:textId="1124679C" w:rsidR="00763D44" w:rsidRPr="00EE6E91" w:rsidRDefault="00000000">
      <w:pPr>
        <w:rPr>
          <w:lang w:val="fr-FR"/>
        </w:rPr>
      </w:pPr>
      <w:r w:rsidRPr="00EE6E91">
        <w:rPr>
          <w:lang w:val="fr-FR"/>
        </w:rPr>
        <w:t xml:space="preserve">Projet : Configuration d'un Raspberry Pi </w:t>
      </w:r>
    </w:p>
    <w:p w14:paraId="21BE68DE" w14:textId="022A8AF5" w:rsidR="00763D44" w:rsidRPr="00EE6E91" w:rsidRDefault="00000000">
      <w:pPr>
        <w:rPr>
          <w:lang w:val="fr-FR"/>
        </w:rPr>
      </w:pPr>
      <w:r w:rsidRPr="00EE6E91">
        <w:rPr>
          <w:lang w:val="fr-FR"/>
        </w:rPr>
        <w:t>Date : 13 Ju</w:t>
      </w:r>
      <w:r w:rsidR="00A67F18">
        <w:rPr>
          <w:lang w:val="fr-FR"/>
        </w:rPr>
        <w:t>in</w:t>
      </w:r>
      <w:r w:rsidRPr="00EE6E91">
        <w:rPr>
          <w:lang w:val="fr-FR"/>
        </w:rPr>
        <w:t xml:space="preserve"> 2025</w:t>
      </w:r>
    </w:p>
    <w:p w14:paraId="20C9D88E" w14:textId="77777777" w:rsidR="00763D44" w:rsidRPr="00EE6E91" w:rsidRDefault="00000000">
      <w:pPr>
        <w:pStyle w:val="Titre1"/>
        <w:rPr>
          <w:lang w:val="fr-FR"/>
        </w:rPr>
      </w:pPr>
      <w:r w:rsidRPr="00EE6E91">
        <w:rPr>
          <w:lang w:val="fr-FR"/>
        </w:rPr>
        <w:br/>
        <w:t>Objectif</w:t>
      </w:r>
    </w:p>
    <w:p w14:paraId="7A857322" w14:textId="39BA3126" w:rsidR="00763D44" w:rsidRPr="00EE6E91" w:rsidRDefault="00000000">
      <w:pPr>
        <w:rPr>
          <w:lang w:val="fr-FR"/>
        </w:rPr>
      </w:pPr>
      <w:r w:rsidRPr="00EE6E91">
        <w:rPr>
          <w:lang w:val="fr-FR"/>
        </w:rPr>
        <w:t xml:space="preserve">Flasher un système d'exploitation Raspberry Pi OS sur une mémoire </w:t>
      </w:r>
      <w:proofErr w:type="spellStart"/>
      <w:r w:rsidRPr="00EE6E91">
        <w:rPr>
          <w:lang w:val="fr-FR"/>
        </w:rPr>
        <w:t>eMMC</w:t>
      </w:r>
      <w:proofErr w:type="spellEnd"/>
      <w:r w:rsidRPr="00EE6E91">
        <w:rPr>
          <w:lang w:val="fr-FR"/>
        </w:rPr>
        <w:t xml:space="preserve"> intégrée à un Raspberry Pi avec écran tactile, à l'aide d'un MacBook Pro (architecture ARM64), et vérifier le fonctionnement en </w:t>
      </w:r>
      <w:proofErr w:type="gramStart"/>
      <w:r w:rsidRPr="00EE6E91">
        <w:rPr>
          <w:lang w:val="fr-FR"/>
        </w:rPr>
        <w:t xml:space="preserve">SSH </w:t>
      </w:r>
      <w:r w:rsidR="00EE6E91">
        <w:rPr>
          <w:lang w:val="fr-FR"/>
        </w:rPr>
        <w:t>.</w:t>
      </w:r>
      <w:proofErr w:type="gramEnd"/>
    </w:p>
    <w:p w14:paraId="6C9EDE5A" w14:textId="77777777" w:rsidR="00763D44" w:rsidRPr="00EE6E91" w:rsidRDefault="00000000">
      <w:pPr>
        <w:pStyle w:val="Titre1"/>
        <w:rPr>
          <w:lang w:val="fr-FR"/>
        </w:rPr>
      </w:pPr>
      <w:r w:rsidRPr="00EE6E91">
        <w:rPr>
          <w:lang w:val="fr-FR"/>
        </w:rPr>
        <w:br/>
        <w:t>Matériel utilisé</w:t>
      </w:r>
    </w:p>
    <w:p w14:paraId="25C51E67" w14:textId="77777777" w:rsidR="00763D44" w:rsidRPr="00EE6E91" w:rsidRDefault="00000000">
      <w:pPr>
        <w:rPr>
          <w:lang w:val="fr-FR"/>
        </w:rPr>
      </w:pPr>
      <w:r w:rsidRPr="00EE6E91">
        <w:rPr>
          <w:lang w:val="fr-FR"/>
        </w:rPr>
        <w:t xml:space="preserve">- Raspberry Pi (avec </w:t>
      </w:r>
      <w:proofErr w:type="spellStart"/>
      <w:r w:rsidRPr="00EE6E91">
        <w:rPr>
          <w:lang w:val="fr-FR"/>
        </w:rPr>
        <w:t>eMMC</w:t>
      </w:r>
      <w:proofErr w:type="spellEnd"/>
      <w:r w:rsidRPr="00EE6E91">
        <w:rPr>
          <w:lang w:val="fr-FR"/>
        </w:rPr>
        <w:t xml:space="preserve"> soudée et écran tactile)</w:t>
      </w:r>
    </w:p>
    <w:p w14:paraId="162C2B10" w14:textId="77777777" w:rsidR="00763D44" w:rsidRDefault="00000000">
      <w:r>
        <w:t>- MacBook Pro ARM64 (macOS Sonoma)</w:t>
      </w:r>
    </w:p>
    <w:p w14:paraId="377CCFE4" w14:textId="77777777" w:rsidR="00763D44" w:rsidRPr="00EE6E91" w:rsidRDefault="00000000">
      <w:pPr>
        <w:rPr>
          <w:lang w:val="fr-FR"/>
        </w:rPr>
      </w:pPr>
      <w:r w:rsidRPr="00EE6E91">
        <w:rPr>
          <w:lang w:val="fr-FR"/>
        </w:rPr>
        <w:t>- Câble USB-C (données + alimentation)</w:t>
      </w:r>
    </w:p>
    <w:p w14:paraId="4A4037D1" w14:textId="77777777" w:rsidR="00763D44" w:rsidRPr="00EE6E91" w:rsidRDefault="00000000">
      <w:pPr>
        <w:rPr>
          <w:lang w:val="fr-FR"/>
        </w:rPr>
      </w:pPr>
      <w:r w:rsidRPr="00EE6E91">
        <w:rPr>
          <w:lang w:val="fr-FR"/>
        </w:rPr>
        <w:t>- Freebox (réseau local)</w:t>
      </w:r>
    </w:p>
    <w:p w14:paraId="1CAA2C89" w14:textId="77777777" w:rsidR="00763D44" w:rsidRPr="00EE6E91" w:rsidRDefault="00000000">
      <w:pPr>
        <w:pStyle w:val="Titre1"/>
        <w:rPr>
          <w:lang w:val="fr-FR"/>
        </w:rPr>
      </w:pPr>
      <w:r w:rsidRPr="00EE6E91">
        <w:rPr>
          <w:lang w:val="fr-FR"/>
        </w:rPr>
        <w:br/>
        <w:t>Problèmes rencontrés et solutions</w:t>
      </w:r>
    </w:p>
    <w:p w14:paraId="477B54EB" w14:textId="77777777" w:rsidR="00763D44" w:rsidRPr="00EE6E91" w:rsidRDefault="00000000">
      <w:pPr>
        <w:pStyle w:val="Titre2"/>
        <w:rPr>
          <w:lang w:val="fr-FR"/>
        </w:rPr>
      </w:pPr>
      <w:r w:rsidRPr="00EE6E91">
        <w:rPr>
          <w:lang w:val="fr-FR"/>
        </w:rPr>
        <w:t>Erreur de compilation `</w:t>
      </w:r>
      <w:proofErr w:type="spellStart"/>
      <w:r w:rsidRPr="00EE6E91">
        <w:rPr>
          <w:lang w:val="fr-FR"/>
        </w:rPr>
        <w:t>rpiboot</w:t>
      </w:r>
      <w:proofErr w:type="spellEnd"/>
      <w:r w:rsidRPr="00EE6E91">
        <w:rPr>
          <w:lang w:val="fr-FR"/>
        </w:rPr>
        <w:t>` : architecture incompatible</w:t>
      </w:r>
    </w:p>
    <w:p w14:paraId="61758A58" w14:textId="77777777" w:rsidR="00763D44" w:rsidRDefault="00000000">
      <w:r>
        <w:t xml:space="preserve">Lancer </w:t>
      </w:r>
      <w:proofErr w:type="gramStart"/>
      <w:r>
        <w:t>un shell</w:t>
      </w:r>
      <w:proofErr w:type="gramEnd"/>
      <w:r>
        <w:t xml:space="preserve"> ARM</w:t>
      </w:r>
      <w:proofErr w:type="gramStart"/>
      <w:r>
        <w:t>64 :</w:t>
      </w:r>
      <w:proofErr w:type="gramEnd"/>
      <w:r>
        <w:br/>
        <w:t>arch -arm64 zsh</w:t>
      </w:r>
    </w:p>
    <w:p w14:paraId="75493D0A" w14:textId="77777777" w:rsidR="00763D44" w:rsidRPr="00EE6E91" w:rsidRDefault="00000000">
      <w:pPr>
        <w:pStyle w:val="Titre2"/>
        <w:rPr>
          <w:lang w:val="fr-FR"/>
        </w:rPr>
      </w:pPr>
      <w:r w:rsidRPr="00EE6E91">
        <w:rPr>
          <w:lang w:val="fr-FR"/>
        </w:rPr>
        <w:t>`</w:t>
      </w:r>
      <w:proofErr w:type="spellStart"/>
      <w:r w:rsidRPr="00EE6E91">
        <w:rPr>
          <w:lang w:val="fr-FR"/>
        </w:rPr>
        <w:t>libusb.h</w:t>
      </w:r>
      <w:proofErr w:type="spellEnd"/>
      <w:r w:rsidRPr="00EE6E91">
        <w:rPr>
          <w:lang w:val="fr-FR"/>
        </w:rPr>
        <w:t>` introuvable</w:t>
      </w:r>
    </w:p>
    <w:p w14:paraId="15B79821" w14:textId="77777777" w:rsidR="00763D44" w:rsidRPr="00EE6E91" w:rsidRDefault="00000000">
      <w:pPr>
        <w:rPr>
          <w:lang w:val="fr-FR"/>
        </w:rPr>
      </w:pPr>
      <w:r w:rsidRPr="00EE6E91">
        <w:rPr>
          <w:lang w:val="fr-FR"/>
        </w:rPr>
        <w:t xml:space="preserve">Ajouter le chemin </w:t>
      </w:r>
      <w:proofErr w:type="spellStart"/>
      <w:r w:rsidRPr="00EE6E91">
        <w:rPr>
          <w:lang w:val="fr-FR"/>
        </w:rPr>
        <w:t>pkg</w:t>
      </w:r>
      <w:proofErr w:type="spellEnd"/>
      <w:r w:rsidRPr="00EE6E91">
        <w:rPr>
          <w:lang w:val="fr-FR"/>
        </w:rPr>
        <w:t>-config :</w:t>
      </w:r>
      <w:r w:rsidRPr="00EE6E91">
        <w:rPr>
          <w:lang w:val="fr-FR"/>
        </w:rPr>
        <w:br/>
        <w:t>export PKG_CONFIG_PATH="/</w:t>
      </w:r>
      <w:proofErr w:type="spellStart"/>
      <w:r w:rsidRPr="00EE6E91">
        <w:rPr>
          <w:lang w:val="fr-FR"/>
        </w:rPr>
        <w:t>opt</w:t>
      </w:r>
      <w:proofErr w:type="spellEnd"/>
      <w:r w:rsidRPr="00EE6E91">
        <w:rPr>
          <w:lang w:val="fr-FR"/>
        </w:rPr>
        <w:t>/homebrew/lib/</w:t>
      </w:r>
      <w:proofErr w:type="spellStart"/>
      <w:r w:rsidRPr="00EE6E91">
        <w:rPr>
          <w:lang w:val="fr-FR"/>
        </w:rPr>
        <w:t>pkgconfig</w:t>
      </w:r>
      <w:proofErr w:type="spellEnd"/>
      <w:r w:rsidRPr="00EE6E91">
        <w:rPr>
          <w:lang w:val="fr-FR"/>
        </w:rPr>
        <w:t>"</w:t>
      </w:r>
    </w:p>
    <w:p w14:paraId="3F53E841" w14:textId="77777777" w:rsidR="00763D44" w:rsidRPr="00EE6E91" w:rsidRDefault="00000000">
      <w:pPr>
        <w:pStyle w:val="Titre2"/>
        <w:rPr>
          <w:lang w:val="fr-FR"/>
        </w:rPr>
      </w:pPr>
      <w:r w:rsidRPr="00EE6E91">
        <w:rPr>
          <w:lang w:val="fr-FR"/>
        </w:rPr>
        <w:t xml:space="preserve">Pas de détection </w:t>
      </w:r>
      <w:proofErr w:type="spellStart"/>
      <w:r w:rsidRPr="00EE6E91">
        <w:rPr>
          <w:lang w:val="fr-FR"/>
        </w:rPr>
        <w:t>eMMC</w:t>
      </w:r>
      <w:proofErr w:type="spellEnd"/>
      <w:r w:rsidRPr="00EE6E91">
        <w:rPr>
          <w:lang w:val="fr-FR"/>
        </w:rPr>
        <w:t xml:space="preserve"> / </w:t>
      </w:r>
      <w:proofErr w:type="spellStart"/>
      <w:r w:rsidRPr="00EE6E91">
        <w:rPr>
          <w:lang w:val="fr-FR"/>
        </w:rPr>
        <w:t>rpiboot</w:t>
      </w:r>
      <w:proofErr w:type="spellEnd"/>
      <w:r w:rsidRPr="00EE6E91">
        <w:rPr>
          <w:lang w:val="fr-FR"/>
        </w:rPr>
        <w:t xml:space="preserve"> tourne en boucle</w:t>
      </w:r>
    </w:p>
    <w:p w14:paraId="1101DD48" w14:textId="77777777" w:rsidR="00763D44" w:rsidRPr="00EE6E91" w:rsidRDefault="00000000">
      <w:pPr>
        <w:rPr>
          <w:lang w:val="fr-FR"/>
        </w:rPr>
      </w:pPr>
      <w:r w:rsidRPr="00EE6E91">
        <w:rPr>
          <w:lang w:val="fr-FR"/>
        </w:rPr>
        <w:t>Débrancher tous les câbles, remettre le jumper BOOT → GND, rebrancher uniquement le câble USB-C</w:t>
      </w:r>
    </w:p>
    <w:p w14:paraId="0F92DA91" w14:textId="3EAD2885" w:rsidR="00763D44" w:rsidRPr="00EE6E91" w:rsidRDefault="00000000">
      <w:pPr>
        <w:pStyle w:val="Titre2"/>
        <w:rPr>
          <w:lang w:val="fr-FR"/>
        </w:rPr>
      </w:pPr>
      <w:r w:rsidRPr="00EE6E91">
        <w:rPr>
          <w:lang w:val="fr-FR"/>
        </w:rPr>
        <w:lastRenderedPageBreak/>
        <w:t xml:space="preserve">Message « </w:t>
      </w:r>
      <w:r w:rsidR="00D871B4">
        <w:rPr>
          <w:lang w:val="fr-FR"/>
        </w:rPr>
        <w:t>Si l</w:t>
      </w:r>
      <w:r w:rsidRPr="00EE6E91">
        <w:rPr>
          <w:lang w:val="fr-FR"/>
        </w:rPr>
        <w:t xml:space="preserve">e </w:t>
      </w:r>
      <w:proofErr w:type="spellStart"/>
      <w:r w:rsidR="00D871B4">
        <w:rPr>
          <w:lang w:val="fr-FR"/>
        </w:rPr>
        <w:t>raspberry</w:t>
      </w:r>
      <w:proofErr w:type="spellEnd"/>
      <w:r w:rsidRPr="00EE6E91">
        <w:rPr>
          <w:lang w:val="fr-FR"/>
        </w:rPr>
        <w:t xml:space="preserve"> que vous avez connecté n'est pas lisible »</w:t>
      </w:r>
    </w:p>
    <w:p w14:paraId="0FD7A420" w14:textId="77777777" w:rsidR="00763D44" w:rsidRPr="00EE6E91" w:rsidRDefault="00000000">
      <w:pPr>
        <w:rPr>
          <w:lang w:val="fr-FR"/>
        </w:rPr>
      </w:pPr>
      <w:r w:rsidRPr="00EE6E91">
        <w:rPr>
          <w:lang w:val="fr-FR"/>
        </w:rPr>
        <w:t>Cliquer sur « Ignorer »</w:t>
      </w:r>
    </w:p>
    <w:p w14:paraId="5EC022FC" w14:textId="77777777" w:rsidR="00763D44" w:rsidRPr="00EE6E91" w:rsidRDefault="00000000">
      <w:pPr>
        <w:pStyle w:val="Titre2"/>
        <w:rPr>
          <w:lang w:val="fr-FR"/>
        </w:rPr>
      </w:pPr>
      <w:r w:rsidRPr="00EE6E91">
        <w:rPr>
          <w:lang w:val="fr-FR"/>
        </w:rPr>
        <w:t xml:space="preserve">Connexion SSH impossible (Permission </w:t>
      </w:r>
      <w:proofErr w:type="spellStart"/>
      <w:r w:rsidRPr="00EE6E91">
        <w:rPr>
          <w:lang w:val="fr-FR"/>
        </w:rPr>
        <w:t>denied</w:t>
      </w:r>
      <w:proofErr w:type="spellEnd"/>
      <w:r w:rsidRPr="00EE6E91">
        <w:rPr>
          <w:lang w:val="fr-FR"/>
        </w:rPr>
        <w:t>)</w:t>
      </w:r>
    </w:p>
    <w:p w14:paraId="0C0B02B4" w14:textId="77777777" w:rsidR="00763D44" w:rsidRPr="00EE6E91" w:rsidRDefault="00000000">
      <w:pPr>
        <w:rPr>
          <w:lang w:val="fr-FR"/>
        </w:rPr>
      </w:pPr>
      <w:r w:rsidRPr="00EE6E91">
        <w:rPr>
          <w:lang w:val="fr-FR"/>
        </w:rPr>
        <w:t>Activer SSH et définir un mot de passe dans Raspberry Pi Imager</w:t>
      </w:r>
    </w:p>
    <w:p w14:paraId="1D736F1C" w14:textId="77777777" w:rsidR="00763D44" w:rsidRPr="00EE6E91" w:rsidRDefault="00000000">
      <w:pPr>
        <w:pStyle w:val="Titre2"/>
        <w:rPr>
          <w:lang w:val="fr-FR"/>
        </w:rPr>
      </w:pPr>
      <w:r w:rsidRPr="00EE6E91">
        <w:rPr>
          <w:lang w:val="fr-FR"/>
        </w:rPr>
        <w:t>Aucune IP trouvée sur le réseau</w:t>
      </w:r>
    </w:p>
    <w:p w14:paraId="707A5618" w14:textId="77777777" w:rsidR="00763D44" w:rsidRPr="00EE6E91" w:rsidRDefault="00000000">
      <w:pPr>
        <w:rPr>
          <w:lang w:val="fr-FR"/>
        </w:rPr>
      </w:pPr>
      <w:r w:rsidRPr="00EE6E91">
        <w:rPr>
          <w:lang w:val="fr-FR"/>
        </w:rPr>
        <w:t>Brancher le câble RJ45, puis scanner avec :</w:t>
      </w:r>
      <w:r w:rsidRPr="00EE6E91">
        <w:rPr>
          <w:lang w:val="fr-FR"/>
        </w:rPr>
        <w:br/>
      </w:r>
      <w:proofErr w:type="spellStart"/>
      <w:r w:rsidRPr="00EE6E91">
        <w:rPr>
          <w:lang w:val="fr-FR"/>
        </w:rPr>
        <w:t>nmap</w:t>
      </w:r>
      <w:proofErr w:type="spellEnd"/>
      <w:r w:rsidRPr="00EE6E91">
        <w:rPr>
          <w:lang w:val="fr-FR"/>
        </w:rPr>
        <w:t xml:space="preserve"> -sn 192.168.1.0/24</w:t>
      </w:r>
    </w:p>
    <w:p w14:paraId="2045B727" w14:textId="77777777" w:rsidR="00763D44" w:rsidRPr="00EE6E91" w:rsidRDefault="00000000">
      <w:pPr>
        <w:pStyle w:val="Titre1"/>
        <w:rPr>
          <w:lang w:val="fr-FR"/>
        </w:rPr>
      </w:pPr>
      <w:r w:rsidRPr="00EE6E91">
        <w:rPr>
          <w:lang w:val="fr-FR"/>
        </w:rPr>
        <w:br/>
        <w:t>Procédure complète réalisée</w:t>
      </w:r>
    </w:p>
    <w:p w14:paraId="770E273D" w14:textId="77777777" w:rsidR="00D871B4" w:rsidRPr="00D871B4" w:rsidRDefault="00000000">
      <w:r w:rsidRPr="00D871B4">
        <w:t xml:space="preserve">Compilation de </w:t>
      </w:r>
      <w:proofErr w:type="spellStart"/>
      <w:proofErr w:type="gramStart"/>
      <w:r w:rsidRPr="00D871B4">
        <w:t>rpiboot</w:t>
      </w:r>
      <w:proofErr w:type="spellEnd"/>
      <w:r w:rsidRPr="00D871B4">
        <w:t xml:space="preserve"> :</w:t>
      </w:r>
      <w:proofErr w:type="gramEnd"/>
    </w:p>
    <w:p w14:paraId="0DCE0667" w14:textId="35CC3B5D" w:rsidR="00763D44" w:rsidRPr="00D871B4" w:rsidRDefault="00000000">
      <w:r>
        <w:t>git clone --depth=1 https://github.com/raspberrypi/usbboot</w:t>
      </w:r>
      <w:r>
        <w:br/>
        <w:t>cd usbboot</w:t>
      </w:r>
      <w:r>
        <w:br/>
        <w:t>arch -arm64 zsh</w:t>
      </w:r>
      <w:r>
        <w:br/>
        <w:t>export PKG_CONFIG_PATH="/opt/homebrew/lib/pkgconfig"</w:t>
      </w:r>
      <w:r>
        <w:br/>
        <w:t>make clean &amp;&amp; make</w:t>
      </w:r>
      <w:r>
        <w:br/>
      </w:r>
      <w:proofErr w:type="spellStart"/>
      <w:proofErr w:type="gramStart"/>
      <w:r>
        <w:t>sudo</w:t>
      </w:r>
      <w:proofErr w:type="spellEnd"/>
      <w:r>
        <w:t xml:space="preserve"> .</w:t>
      </w:r>
      <w:proofErr w:type="gramEnd"/>
      <w:r>
        <w:t>/</w:t>
      </w:r>
      <w:proofErr w:type="spellStart"/>
      <w:r>
        <w:t>rpiboot</w:t>
      </w:r>
      <w:proofErr w:type="spellEnd"/>
    </w:p>
    <w:p w14:paraId="33D86221" w14:textId="77777777" w:rsidR="00763D44" w:rsidRPr="0059134E" w:rsidRDefault="00000000">
      <w:pPr>
        <w:rPr>
          <w:b/>
          <w:bCs/>
        </w:rPr>
      </w:pPr>
      <w:r w:rsidRPr="0059134E">
        <w:rPr>
          <w:b/>
          <w:bCs/>
        </w:rPr>
        <w:t xml:space="preserve">Flash via Raspberry Pi </w:t>
      </w:r>
      <w:proofErr w:type="gramStart"/>
      <w:r w:rsidRPr="0059134E">
        <w:rPr>
          <w:b/>
          <w:bCs/>
        </w:rPr>
        <w:t>Imager :</w:t>
      </w:r>
      <w:proofErr w:type="gramEnd"/>
    </w:p>
    <w:p w14:paraId="0F39551F" w14:textId="19785798" w:rsidR="00763D44" w:rsidRPr="00EE6E91" w:rsidRDefault="00000000">
      <w:pPr>
        <w:rPr>
          <w:lang w:val="fr-FR"/>
        </w:rPr>
      </w:pPr>
      <w:r>
        <w:t xml:space="preserve">1. Choisir </w:t>
      </w:r>
      <w:proofErr w:type="gramStart"/>
      <w:r>
        <w:t>OS :</w:t>
      </w:r>
      <w:proofErr w:type="gramEnd"/>
      <w:r>
        <w:t xml:space="preserve"> Raspberry Pi OS (64-bit)</w:t>
      </w:r>
      <w:r>
        <w:br/>
        <w:t>2. Choisir Stockage : RPi-MSD-0001 Media</w:t>
      </w:r>
      <w:r>
        <w:br/>
        <w:t xml:space="preserve">3. </w:t>
      </w:r>
      <w:r w:rsidRPr="00EE6E91">
        <w:rPr>
          <w:lang w:val="fr-FR"/>
        </w:rPr>
        <w:t>Options avancées (</w:t>
      </w:r>
      <w:proofErr w:type="spellStart"/>
      <w:r w:rsidRPr="00EE6E91">
        <w:rPr>
          <w:lang w:val="fr-FR"/>
        </w:rPr>
        <w:t>Ctrl+Shift+X</w:t>
      </w:r>
      <w:proofErr w:type="spellEnd"/>
      <w:r w:rsidRPr="00EE6E91">
        <w:rPr>
          <w:lang w:val="fr-FR"/>
        </w:rPr>
        <w:t>) :</w:t>
      </w:r>
      <w:r w:rsidRPr="00EE6E91">
        <w:rPr>
          <w:lang w:val="fr-FR"/>
        </w:rPr>
        <w:br/>
        <w:t xml:space="preserve">   - Utilisateur : pi</w:t>
      </w:r>
      <w:r w:rsidRPr="00EE6E91">
        <w:rPr>
          <w:lang w:val="fr-FR"/>
        </w:rPr>
        <w:br/>
        <w:t xml:space="preserve">   - Mot de passe : </w:t>
      </w:r>
      <w:proofErr w:type="spellStart"/>
      <w:r w:rsidR="00EE6E91">
        <w:rPr>
          <w:lang w:val="fr-FR"/>
        </w:rPr>
        <w:t>factovia</w:t>
      </w:r>
      <w:proofErr w:type="spellEnd"/>
      <w:r w:rsidRPr="00EE6E91">
        <w:rPr>
          <w:lang w:val="fr-FR"/>
        </w:rPr>
        <w:br/>
        <w:t xml:space="preserve">   - Activer SSH</w:t>
      </w:r>
      <w:r w:rsidRPr="00EE6E91">
        <w:rPr>
          <w:lang w:val="fr-FR"/>
        </w:rPr>
        <w:br/>
        <w:t xml:space="preserve">   - Config Wi-Fi (SSID + </w:t>
      </w:r>
      <w:proofErr w:type="spellStart"/>
      <w:r w:rsidRPr="00EE6E91">
        <w:rPr>
          <w:lang w:val="fr-FR"/>
        </w:rPr>
        <w:t>mdp</w:t>
      </w:r>
      <w:proofErr w:type="spellEnd"/>
      <w:r w:rsidRPr="00EE6E91">
        <w:rPr>
          <w:lang w:val="fr-FR"/>
        </w:rPr>
        <w:t>)</w:t>
      </w:r>
      <w:r w:rsidRPr="00EE6E91">
        <w:rPr>
          <w:lang w:val="fr-FR"/>
        </w:rPr>
        <w:br/>
        <w:t>4. Écriture et vérification OK</w:t>
      </w:r>
    </w:p>
    <w:p w14:paraId="25834487" w14:textId="77777777" w:rsidR="00763D44" w:rsidRPr="0059134E" w:rsidRDefault="00000000">
      <w:pPr>
        <w:rPr>
          <w:b/>
          <w:bCs/>
          <w:lang w:val="fr-FR"/>
        </w:rPr>
      </w:pPr>
      <w:r w:rsidRPr="0059134E">
        <w:rPr>
          <w:b/>
          <w:bCs/>
          <w:lang w:val="fr-FR"/>
        </w:rPr>
        <w:t>Connexion en SSH :</w:t>
      </w:r>
    </w:p>
    <w:p w14:paraId="37E8C6B6" w14:textId="77777777" w:rsidR="00763D44" w:rsidRPr="00EE6E91" w:rsidRDefault="00000000">
      <w:pPr>
        <w:rPr>
          <w:lang w:val="fr-FR"/>
        </w:rPr>
      </w:pPr>
      <w:proofErr w:type="spellStart"/>
      <w:proofErr w:type="gramStart"/>
      <w:r w:rsidRPr="00EE6E91">
        <w:rPr>
          <w:lang w:val="fr-FR"/>
        </w:rPr>
        <w:t>ssh</w:t>
      </w:r>
      <w:proofErr w:type="spellEnd"/>
      <w:proofErr w:type="gramEnd"/>
      <w:r w:rsidRPr="00EE6E91">
        <w:rPr>
          <w:lang w:val="fr-FR"/>
        </w:rPr>
        <w:t xml:space="preserve"> pi@192.168.1.68</w:t>
      </w:r>
      <w:r w:rsidRPr="00EE6E91">
        <w:rPr>
          <w:lang w:val="fr-FR"/>
        </w:rPr>
        <w:br/>
        <w:t>mot de passe : walid213</w:t>
      </w:r>
    </w:p>
    <w:p w14:paraId="781BFB85" w14:textId="609D3E6D" w:rsidR="00763D44" w:rsidRPr="00EE6E91" w:rsidRDefault="00EE6E91">
      <w:pPr>
        <w:rPr>
          <w:lang w:val="fr-FR"/>
        </w:rPr>
      </w:pPr>
      <w:r>
        <w:rPr>
          <w:lang w:val="fr-FR"/>
        </w:rPr>
        <w:t xml:space="preserve">Si vous voulez </w:t>
      </w:r>
      <w:proofErr w:type="gramStart"/>
      <w:r>
        <w:rPr>
          <w:lang w:val="fr-FR"/>
        </w:rPr>
        <w:t xml:space="preserve">changez </w:t>
      </w:r>
      <w:r w:rsidR="00000000" w:rsidRPr="00EE6E91">
        <w:rPr>
          <w:lang w:val="fr-FR"/>
        </w:rPr>
        <w:t xml:space="preserve"> de</w:t>
      </w:r>
      <w:proofErr w:type="gramEnd"/>
      <w:r w:rsidR="00000000" w:rsidRPr="00EE6E91">
        <w:rPr>
          <w:lang w:val="fr-FR"/>
        </w:rPr>
        <w:t xml:space="preserve"> mot de passe :</w:t>
      </w:r>
    </w:p>
    <w:p w14:paraId="648D217D" w14:textId="44EA64FF" w:rsidR="00763D44" w:rsidRPr="00EE6E91" w:rsidRDefault="00000000">
      <w:pPr>
        <w:rPr>
          <w:lang w:val="fr-FR"/>
        </w:rPr>
      </w:pPr>
      <w:proofErr w:type="spellStart"/>
      <w:proofErr w:type="gramStart"/>
      <w:r w:rsidRPr="00EE6E91">
        <w:rPr>
          <w:lang w:val="fr-FR"/>
        </w:rPr>
        <w:t>passwd</w:t>
      </w:r>
      <w:proofErr w:type="spellEnd"/>
      <w:proofErr w:type="gramEnd"/>
      <w:r w:rsidRPr="00EE6E91">
        <w:rPr>
          <w:lang w:val="fr-FR"/>
        </w:rPr>
        <w:br/>
        <w:t xml:space="preserve">nouveau mot de passe : </w:t>
      </w:r>
      <w:r w:rsidR="00EE6E91">
        <w:rPr>
          <w:lang w:val="fr-FR"/>
        </w:rPr>
        <w:t>…</w:t>
      </w:r>
    </w:p>
    <w:p w14:paraId="154AA223" w14:textId="77777777" w:rsidR="00763D44" w:rsidRPr="00EE6E91" w:rsidRDefault="00000000">
      <w:pPr>
        <w:pStyle w:val="Titre1"/>
        <w:rPr>
          <w:lang w:val="fr-FR"/>
        </w:rPr>
      </w:pPr>
      <w:r w:rsidRPr="00EE6E91">
        <w:rPr>
          <w:lang w:val="fr-FR"/>
        </w:rPr>
        <w:lastRenderedPageBreak/>
        <w:br/>
        <w:t>Résultat final</w:t>
      </w:r>
    </w:p>
    <w:p w14:paraId="6B3AD781" w14:textId="77777777" w:rsidR="00763D44" w:rsidRPr="00EE6E91" w:rsidRDefault="00000000">
      <w:pPr>
        <w:rPr>
          <w:lang w:val="fr-FR"/>
        </w:rPr>
      </w:pPr>
      <w:r w:rsidRPr="00EE6E91">
        <w:rPr>
          <w:lang w:val="fr-FR"/>
        </w:rPr>
        <w:t xml:space="preserve">- </w:t>
      </w:r>
      <w:proofErr w:type="spellStart"/>
      <w:r w:rsidRPr="00EE6E91">
        <w:rPr>
          <w:lang w:val="fr-FR"/>
        </w:rPr>
        <w:t>eMMC</w:t>
      </w:r>
      <w:proofErr w:type="spellEnd"/>
      <w:r w:rsidRPr="00EE6E91">
        <w:rPr>
          <w:lang w:val="fr-FR"/>
        </w:rPr>
        <w:t xml:space="preserve"> flashée avec succès ✓</w:t>
      </w:r>
    </w:p>
    <w:p w14:paraId="6842AF0B" w14:textId="77777777" w:rsidR="00763D44" w:rsidRPr="00EE6E91" w:rsidRDefault="00000000">
      <w:pPr>
        <w:rPr>
          <w:lang w:val="fr-FR"/>
        </w:rPr>
      </w:pPr>
      <w:r w:rsidRPr="00EE6E91">
        <w:rPr>
          <w:lang w:val="fr-FR"/>
        </w:rPr>
        <w:t>- SSH fonctionnel avec mot de passe sécurisé ✓</w:t>
      </w:r>
    </w:p>
    <w:p w14:paraId="61422C4F" w14:textId="3C370DC1" w:rsidR="00EE6E91" w:rsidRPr="00EE6E91" w:rsidRDefault="00EE6E91" w:rsidP="00EE6E91">
      <w:pPr>
        <w:pStyle w:val="Titre1"/>
        <w:rPr>
          <w:lang w:val="fr-FR"/>
        </w:rPr>
      </w:pPr>
    </w:p>
    <w:p w14:paraId="42AAC172" w14:textId="36FC4683" w:rsidR="00763D44" w:rsidRPr="00EE6E91" w:rsidRDefault="00763D44">
      <w:pPr>
        <w:rPr>
          <w:lang w:val="fr-FR"/>
        </w:rPr>
      </w:pPr>
    </w:p>
    <w:sectPr w:rsidR="00763D44" w:rsidRPr="00EE6E91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84249891">
    <w:abstractNumId w:val="8"/>
  </w:num>
  <w:num w:numId="2" w16cid:durableId="2077899365">
    <w:abstractNumId w:val="6"/>
  </w:num>
  <w:num w:numId="3" w16cid:durableId="1680231486">
    <w:abstractNumId w:val="5"/>
  </w:num>
  <w:num w:numId="4" w16cid:durableId="2134248094">
    <w:abstractNumId w:val="4"/>
  </w:num>
  <w:num w:numId="5" w16cid:durableId="2072001644">
    <w:abstractNumId w:val="7"/>
  </w:num>
  <w:num w:numId="6" w16cid:durableId="673652055">
    <w:abstractNumId w:val="3"/>
  </w:num>
  <w:num w:numId="7" w16cid:durableId="1302809499">
    <w:abstractNumId w:val="2"/>
  </w:num>
  <w:num w:numId="8" w16cid:durableId="1568565754">
    <w:abstractNumId w:val="1"/>
  </w:num>
  <w:num w:numId="9" w16cid:durableId="484736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9134E"/>
    <w:rsid w:val="00763D44"/>
    <w:rsid w:val="007E6B30"/>
    <w:rsid w:val="00A54D4C"/>
    <w:rsid w:val="00A67F18"/>
    <w:rsid w:val="00AA1D8D"/>
    <w:rsid w:val="00B47730"/>
    <w:rsid w:val="00CB0664"/>
    <w:rsid w:val="00D871B4"/>
    <w:rsid w:val="00EE6E9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8A16950"/>
  <w14:defaultImageDpi w14:val="300"/>
  <w15:docId w15:val="{D4238D05-EC26-D64C-B18A-18B636A4F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301</Words>
  <Characters>1660</Characters>
  <Application>Microsoft Office Word</Application>
  <DocSecurity>0</DocSecurity>
  <Lines>13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1958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WALID DJEGHIOUR</cp:lastModifiedBy>
  <cp:revision>4</cp:revision>
  <dcterms:created xsi:type="dcterms:W3CDTF">2013-12-23T23:15:00Z</dcterms:created>
  <dcterms:modified xsi:type="dcterms:W3CDTF">2025-06-13T12:43:00Z</dcterms:modified>
  <cp:category/>
</cp:coreProperties>
</file>